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1C6D7" w14:textId="77777777" w:rsidR="00711857" w:rsidRDefault="00711857">
      <w:pPr>
        <w:pStyle w:val="Tytu"/>
        <w:jc w:val="center"/>
        <w:rPr>
          <w:rFonts w:ascii="Times New Roman" w:hAnsi="Times New Roman" w:cs="Times New Roman"/>
        </w:rPr>
      </w:pPr>
    </w:p>
    <w:p w14:paraId="77D8389A" w14:textId="7191AEF4" w:rsidR="00231513" w:rsidRPr="00EF75E2" w:rsidRDefault="00000000">
      <w:pPr>
        <w:pStyle w:val="Tytu"/>
        <w:jc w:val="center"/>
        <w:rPr>
          <w:rFonts w:ascii="Times New Roman" w:hAnsi="Times New Roman" w:cs="Times New Roman"/>
        </w:rPr>
      </w:pPr>
      <w:r w:rsidRPr="00EF75E2">
        <w:rPr>
          <w:rFonts w:ascii="Times New Roman" w:hAnsi="Times New Roman" w:cs="Times New Roman"/>
        </w:rPr>
        <w:t>FORMULARZ OFERTOWY</w:t>
      </w:r>
    </w:p>
    <w:p w14:paraId="3D0053CC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Zamawiający: Uniwersytet Komisji Edukacji Narodowej w Krakowie, ul. Podchorążych 2, 30-084 Kraków.</w:t>
      </w:r>
    </w:p>
    <w:p w14:paraId="509B89A8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I. Dane Oferenta</w:t>
      </w:r>
    </w:p>
    <w:p w14:paraId="79FCD5FB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Nazwa (firma) / imię i nazwisko: ................................................................................</w:t>
      </w:r>
    </w:p>
    <w:p w14:paraId="73AA0A39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Adres siedziby / prowadzenia działalności: ...................................................................</w:t>
      </w:r>
    </w:p>
    <w:p w14:paraId="5D571947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NIP: ................................................ REGON: ................................................</w:t>
      </w:r>
    </w:p>
    <w:p w14:paraId="71719A46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Telefon: ........................................... E-mail: ................................................</w:t>
      </w:r>
    </w:p>
    <w:p w14:paraId="2E385555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Osoba do kontaktu: ................................................................................................</w:t>
      </w:r>
    </w:p>
    <w:p w14:paraId="422E78EB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Osoba uprawniona do reprezentacji i podstawa umocowania: ........................................</w:t>
      </w:r>
    </w:p>
    <w:p w14:paraId="0BE19D73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II. Przedmiot oferty</w:t>
      </w:r>
    </w:p>
    <w:p w14:paraId="69620297" w14:textId="1C0F7759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 xml:space="preserve">W odpowiedzi na zapytanie ofertowe składamy ofertę świadczenia na rzecz Uniwersytetu Komisji Edukacji Narodowej w Krakowie kompleksowej obsługi brokerskiej w zakresie ubezpieczeń, zgodnie z zakresem określonym w zapytaniu ofertowym oraz projekcie umowy stanowiącym załącznik nr 2.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Przyjmujemy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okres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obowiązywania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wynoszący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miesiące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>, z</w:t>
      </w:r>
      <w:r w:rsidR="00EF75E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uwzględnieniem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zasad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wypowiedzenia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rozwiązania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projekcie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umowy.</w:t>
      </w:r>
    </w:p>
    <w:p w14:paraId="700A556F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III. Dane do oceny ofert (rozdział IV zapytania)</w:t>
      </w:r>
    </w:p>
    <w:p w14:paraId="577C89D2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1. Kryterium U – liczba umów o świadczenie usług brokerskich zawartych w okresie ostatnich 5 lat poprzedzających termin składania ofert z podmiotami, na rzecz których świadczone są lub były usługi w zakresie ubezpieczeń:</w:t>
      </w:r>
    </w:p>
    <w:p w14:paraId="5FC018ED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Liczba umów: ..................... (według załącznika nr 3).</w:t>
      </w:r>
    </w:p>
    <w:p w14:paraId="67891B8E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2. Kryterium P – liczba podmiotów sektora publicznego lub innych podmiotów o złożonej strukturze organizacyjnej, na rzecz których świadczono usługi brokerskie w okresie ostatnich 5 lat poprzedzających termin składania ofert:</w:t>
      </w:r>
    </w:p>
    <w:p w14:paraId="11F3002A" w14:textId="7777777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Liczba podmiotów: ..................... (według załącznika nr 4).</w:t>
      </w:r>
    </w:p>
    <w:p w14:paraId="3259FC1D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Punkty w kryteriach U i P oraz wynik S = U + P (maksymalnie 10 pkt) ustala Komisja Zamawiającego na zasadach określonych w zapytaniu ofertowym.</w:t>
      </w:r>
    </w:p>
    <w:p w14:paraId="4129A87F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IV. Oświadczenia Oferenta</w:t>
      </w:r>
    </w:p>
    <w:p w14:paraId="7631E04F" w14:textId="7B565406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Prowadzimy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działalność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brokerską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zakresie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ubezpieczeń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posiadamy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wymagane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prawem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uprawnienia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jej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wykonywania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>.</w:t>
      </w:r>
    </w:p>
    <w:p w14:paraId="72771E2C" w14:textId="57184974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Spełniamy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wymagania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z dnia 15 grudnia 2017 r. o dystrybucji ubezpieczeń oraz innych właściwych przepisów prawa.</w:t>
      </w:r>
    </w:p>
    <w:p w14:paraId="02A2046B" w14:textId="77777777" w:rsidR="00711857" w:rsidRDefault="00711857" w:rsidP="00711857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ECD7857" w14:textId="62661E37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Posiadamy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aktualne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ubezpieczenie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odpowiedzialności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cywilnej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tytułu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wykonywania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działalności brokerskiej, wymagane prawem.</w:t>
      </w:r>
    </w:p>
    <w:p w14:paraId="0B8E9346" w14:textId="64136B3E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Zapewnimy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realizację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przez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posiadające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odpowiednie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kwalifikacje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F75E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doświadczenie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, w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tym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uprawnione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wykonywania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czynności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brokerskich.</w:t>
      </w:r>
    </w:p>
    <w:p w14:paraId="77B4ACF5" w14:textId="62EBDC28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Zapewnimy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poufność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informacji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uzyskanych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 związku z realizacją umowy oraz przestrzeganie przepisów dotyczących ochrony danych osobowych.</w:t>
      </w:r>
    </w:p>
    <w:p w14:paraId="695C2C9C" w14:textId="75D6276C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Zobowiązujemy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wykonywać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powierzone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czynności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należytą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starannością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bezstronnie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D0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F75E2">
        <w:rPr>
          <w:rFonts w:ascii="Times New Roman" w:hAnsi="Times New Roman" w:cs="Times New Roman"/>
          <w:sz w:val="24"/>
          <w:szCs w:val="24"/>
        </w:rPr>
        <w:t> </w:t>
      </w:r>
      <w:r w:rsidRPr="00EF75E2">
        <w:rPr>
          <w:rFonts w:ascii="Times New Roman" w:hAnsi="Times New Roman" w:cs="Times New Roman"/>
          <w:sz w:val="24"/>
          <w:szCs w:val="24"/>
        </w:rPr>
        <w:t>z</w:t>
      </w:r>
      <w:r w:rsidR="00EF75E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uwzględnieniem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interesu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Zamawiającego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>.</w:t>
      </w:r>
    </w:p>
    <w:p w14:paraId="10285562" w14:textId="0322C66F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Zapoznaliśmy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zapytaniem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ofertowym i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projektem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nr 2),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akceptujemy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ich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warunki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zobowiązujemy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zawarcia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umowy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warunkach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określonych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projekcie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>, w</w:t>
      </w:r>
      <w:r w:rsidR="00EF75E2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przypadku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wyboru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naszej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oferty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>.</w:t>
      </w:r>
    </w:p>
    <w:p w14:paraId="76605BFA" w14:textId="7914A300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 xml:space="preserve">Informacje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zawarte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ofercie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wykazach są zgodne ze stanem faktycznym i prawnym; na żądanie Zamawiającego przedstawimy wyjaśnienia lub dokumenty potwierdzające wykazane doświadczenie.</w:t>
      </w:r>
    </w:p>
    <w:p w14:paraId="69B57BAE" w14:textId="46289E71" w:rsidR="00231513" w:rsidRPr="00EF75E2" w:rsidRDefault="00000000" w:rsidP="00EF75E2">
      <w:pPr>
        <w:pStyle w:val="Akapitzlist"/>
        <w:numPr>
          <w:ilvl w:val="0"/>
          <w:numId w:val="1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Zapoznaliśmy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się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klauzulą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informacyjną dotyczącą przetwarzania danych osobowych (załącznik nr 5).</w:t>
      </w:r>
    </w:p>
    <w:p w14:paraId="7256B7C5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V. Dokumenty dołączone do oferty</w:t>
      </w:r>
    </w:p>
    <w:p w14:paraId="03D5008C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Formularz ofertowy (załącznik nr 1).</w:t>
      </w:r>
    </w:p>
    <w:p w14:paraId="1D82B7A1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Dokument potwierdzający uprawnienia do wykonywania działalności brokerskiej albo odpowiednie oświadczenie.</w:t>
      </w:r>
    </w:p>
    <w:p w14:paraId="3ACB5AE1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Dokument potwierdzający aktualne ubezpieczenie OC brokera.</w:t>
      </w:r>
    </w:p>
    <w:p w14:paraId="266A36D7" w14:textId="185A277A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umów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brokerskich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nr 3).</w:t>
      </w:r>
    </w:p>
    <w:p w14:paraId="53C6AC6C" w14:textId="2F0BCE4C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Wykaz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obsługiwanych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podmiotów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nr 4).</w:t>
      </w:r>
    </w:p>
    <w:p w14:paraId="07D18EAB" w14:textId="049A529E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Podpisane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oświadczenia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informacje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dotyczące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ochrony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danych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osobowych</w:t>
      </w:r>
      <w:proofErr w:type="spellEnd"/>
      <w:r w:rsidR="00EF75E2">
        <w:rPr>
          <w:rFonts w:ascii="Times New Roman" w:hAnsi="Times New Roman" w:cs="Times New Roman"/>
          <w:sz w:val="24"/>
          <w:szCs w:val="24"/>
        </w:rPr>
        <w:t>,</w:t>
      </w:r>
      <w:r w:rsidRPr="00EF75E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uwzględnieniem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klauzuli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informacyjnej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załącznik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nr 5).</w:t>
      </w:r>
    </w:p>
    <w:p w14:paraId="0D5AEB06" w14:textId="77777777" w:rsidR="00231513" w:rsidRPr="00EF75E2" w:rsidRDefault="00000000" w:rsidP="00EF75E2">
      <w:pPr>
        <w:jc w:val="both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Segoe UI Symbol" w:hAnsi="Segoe UI Symbol" w:cs="Segoe UI Symbol"/>
          <w:sz w:val="24"/>
          <w:szCs w:val="24"/>
        </w:rPr>
        <w:t>☐</w:t>
      </w:r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Pełnomocnictwo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lub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inny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dokument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potwierdzający umocowanie – jeżeli dotyczy.</w:t>
      </w:r>
    </w:p>
    <w:p w14:paraId="73F701CB" w14:textId="77777777" w:rsidR="00231513" w:rsidRPr="00EF75E2" w:rsidRDefault="00000000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VI. Dodatkowe informacje</w:t>
      </w:r>
    </w:p>
    <w:p w14:paraId="660CC6EC" w14:textId="77777777" w:rsidR="00231513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</w:p>
    <w:p w14:paraId="2E005E2F" w14:textId="77777777" w:rsidR="001F1D0A" w:rsidRPr="00EF75E2" w:rsidRDefault="001F1D0A">
      <w:pPr>
        <w:rPr>
          <w:rFonts w:ascii="Times New Roman" w:hAnsi="Times New Roman" w:cs="Times New Roman"/>
          <w:sz w:val="24"/>
          <w:szCs w:val="24"/>
        </w:rPr>
      </w:pPr>
    </w:p>
    <w:p w14:paraId="13384772" w14:textId="77777777" w:rsidR="00231513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Miejscowość i data: ........................................................</w:t>
      </w:r>
    </w:p>
    <w:p w14:paraId="6922B980" w14:textId="77777777" w:rsidR="001F1D0A" w:rsidRPr="00EF75E2" w:rsidRDefault="001F1D0A">
      <w:pPr>
        <w:rPr>
          <w:rFonts w:ascii="Times New Roman" w:hAnsi="Times New Roman" w:cs="Times New Roman"/>
          <w:sz w:val="24"/>
          <w:szCs w:val="24"/>
        </w:rPr>
      </w:pPr>
    </w:p>
    <w:p w14:paraId="6E65D186" w14:textId="77777777" w:rsidR="001F1D0A" w:rsidRDefault="000000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Imię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nazwisko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1F1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1D0A">
        <w:rPr>
          <w:rFonts w:ascii="Times New Roman" w:hAnsi="Times New Roman" w:cs="Times New Roman"/>
          <w:sz w:val="24"/>
          <w:szCs w:val="24"/>
        </w:rPr>
        <w:t>czytelny</w:t>
      </w:r>
      <w:proofErr w:type="spellEnd"/>
      <w:r w:rsidR="001F1D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podpis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osoby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5E2">
        <w:rPr>
          <w:rFonts w:ascii="Times New Roman" w:hAnsi="Times New Roman" w:cs="Times New Roman"/>
          <w:sz w:val="24"/>
          <w:szCs w:val="24"/>
        </w:rPr>
        <w:t>uprawnionej</w:t>
      </w:r>
      <w:proofErr w:type="spellEnd"/>
      <w:r w:rsidRPr="00EF75E2">
        <w:rPr>
          <w:rFonts w:ascii="Times New Roman" w:hAnsi="Times New Roman" w:cs="Times New Roman"/>
          <w:sz w:val="24"/>
          <w:szCs w:val="24"/>
        </w:rPr>
        <w:t xml:space="preserve"> do reprezentowania Oferenta: </w:t>
      </w:r>
    </w:p>
    <w:p w14:paraId="240AB3A6" w14:textId="77777777" w:rsidR="001F1D0A" w:rsidRDefault="001F1D0A">
      <w:pPr>
        <w:rPr>
          <w:rFonts w:ascii="Times New Roman" w:hAnsi="Times New Roman" w:cs="Times New Roman"/>
          <w:sz w:val="24"/>
          <w:szCs w:val="24"/>
        </w:rPr>
      </w:pPr>
    </w:p>
    <w:p w14:paraId="71198F9E" w14:textId="5323EB67" w:rsidR="00231513" w:rsidRPr="00EF75E2" w:rsidRDefault="00000000">
      <w:pPr>
        <w:rPr>
          <w:rFonts w:ascii="Times New Roman" w:hAnsi="Times New Roman" w:cs="Times New Roman"/>
          <w:sz w:val="24"/>
          <w:szCs w:val="24"/>
        </w:rPr>
      </w:pPr>
      <w:r w:rsidRPr="00EF75E2">
        <w:rPr>
          <w:rFonts w:ascii="Times New Roman" w:hAnsi="Times New Roman" w:cs="Times New Roman"/>
          <w:sz w:val="24"/>
          <w:szCs w:val="24"/>
        </w:rPr>
        <w:t>....................................................................</w:t>
      </w:r>
    </w:p>
    <w:sectPr w:rsidR="00231513" w:rsidRPr="00EF75E2" w:rsidSect="00034616">
      <w:headerReference w:type="default" r:id="rId8"/>
      <w:pgSz w:w="12240" w:h="15840"/>
      <w:pgMar w:top="1191" w:right="1247" w:bottom="107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93525" w14:textId="77777777" w:rsidR="00617237" w:rsidRDefault="00617237" w:rsidP="00711857">
      <w:pPr>
        <w:spacing w:after="0" w:line="240" w:lineRule="auto"/>
      </w:pPr>
      <w:r>
        <w:separator/>
      </w:r>
    </w:p>
  </w:endnote>
  <w:endnote w:type="continuationSeparator" w:id="0">
    <w:p w14:paraId="720625F2" w14:textId="77777777" w:rsidR="00617237" w:rsidRDefault="00617237" w:rsidP="0071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9404" w14:textId="77777777" w:rsidR="00617237" w:rsidRDefault="00617237" w:rsidP="00711857">
      <w:pPr>
        <w:spacing w:after="0" w:line="240" w:lineRule="auto"/>
      </w:pPr>
      <w:r>
        <w:separator/>
      </w:r>
    </w:p>
  </w:footnote>
  <w:footnote w:type="continuationSeparator" w:id="0">
    <w:p w14:paraId="3A865F0F" w14:textId="77777777" w:rsidR="00617237" w:rsidRDefault="00617237" w:rsidP="00711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D83D" w14:textId="7CB7E9EF" w:rsidR="00711857" w:rsidRPr="00711857" w:rsidRDefault="00711857" w:rsidP="00711857">
    <w:pPr>
      <w:pStyle w:val="Nagwek"/>
      <w:jc w:val="right"/>
      <w:rPr>
        <w:rFonts w:ascii="Times New Roman" w:hAnsi="Times New Roman" w:cs="Times New Roman"/>
      </w:rPr>
    </w:pPr>
    <w:proofErr w:type="spellStart"/>
    <w:r w:rsidRPr="00711857">
      <w:rPr>
        <w:rFonts w:ascii="Times New Roman" w:hAnsi="Times New Roman" w:cs="Times New Roman"/>
      </w:rPr>
      <w:t>Załącznik</w:t>
    </w:r>
    <w:proofErr w:type="spellEnd"/>
    <w:r w:rsidRPr="00711857">
      <w:rPr>
        <w:rFonts w:ascii="Times New Roman" w:hAnsi="Times New Roman" w:cs="Times New Roman"/>
      </w:rPr>
      <w:t xml:space="preserve"> nr 1 do </w:t>
    </w:r>
    <w:proofErr w:type="spellStart"/>
    <w:r w:rsidRPr="00711857">
      <w:rPr>
        <w:rFonts w:ascii="Times New Roman" w:hAnsi="Times New Roman" w:cs="Times New Roman"/>
      </w:rPr>
      <w:t>zapytania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ofertowego</w:t>
    </w:r>
    <w:proofErr w:type="spellEnd"/>
    <w:r w:rsidRPr="00711857">
      <w:rPr>
        <w:rFonts w:ascii="Times New Roman" w:hAnsi="Times New Roman" w:cs="Times New Roman"/>
      </w:rPr>
      <w:t xml:space="preserve"> „</w:t>
    </w:r>
    <w:proofErr w:type="spellStart"/>
    <w:r w:rsidRPr="00711857">
      <w:rPr>
        <w:rFonts w:ascii="Times New Roman" w:hAnsi="Times New Roman" w:cs="Times New Roman"/>
      </w:rPr>
      <w:t>Świadczenie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na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rzecz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Uniwersytetu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Komisji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Edukacji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Narodowej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kompleksowej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obsługi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brokerskiej</w:t>
    </w:r>
    <w:proofErr w:type="spellEnd"/>
    <w:r w:rsidRPr="00711857">
      <w:rPr>
        <w:rFonts w:ascii="Times New Roman" w:hAnsi="Times New Roman" w:cs="Times New Roman"/>
      </w:rPr>
      <w:t xml:space="preserve"> w </w:t>
    </w:r>
    <w:proofErr w:type="spellStart"/>
    <w:r w:rsidRPr="00711857">
      <w:rPr>
        <w:rFonts w:ascii="Times New Roman" w:hAnsi="Times New Roman" w:cs="Times New Roman"/>
      </w:rPr>
      <w:t>zakresie</w:t>
    </w:r>
    <w:proofErr w:type="spellEnd"/>
    <w:r w:rsidRPr="00711857">
      <w:rPr>
        <w:rFonts w:ascii="Times New Roman" w:hAnsi="Times New Roman" w:cs="Times New Roman"/>
      </w:rPr>
      <w:t xml:space="preserve"> </w:t>
    </w:r>
    <w:proofErr w:type="spellStart"/>
    <w:r w:rsidRPr="00711857">
      <w:rPr>
        <w:rFonts w:ascii="Times New Roman" w:hAnsi="Times New Roman" w:cs="Times New Roman"/>
      </w:rPr>
      <w:t>ubezpieczeń</w:t>
    </w:r>
    <w:proofErr w:type="spellEnd"/>
    <w:r w:rsidRPr="00711857">
      <w:rPr>
        <w:rFonts w:ascii="Times New Roman" w:hAnsi="Times New Roman" w:cs="Times New Roman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4A5292"/>
    <w:multiLevelType w:val="hybridMultilevel"/>
    <w:tmpl w:val="608EA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114F8"/>
    <w:multiLevelType w:val="hybridMultilevel"/>
    <w:tmpl w:val="6B446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747391">
    <w:abstractNumId w:val="8"/>
  </w:num>
  <w:num w:numId="2" w16cid:durableId="429281830">
    <w:abstractNumId w:val="6"/>
  </w:num>
  <w:num w:numId="3" w16cid:durableId="105079804">
    <w:abstractNumId w:val="5"/>
  </w:num>
  <w:num w:numId="4" w16cid:durableId="1621838035">
    <w:abstractNumId w:val="4"/>
  </w:num>
  <w:num w:numId="5" w16cid:durableId="1198011825">
    <w:abstractNumId w:val="7"/>
  </w:num>
  <w:num w:numId="6" w16cid:durableId="865141335">
    <w:abstractNumId w:val="3"/>
  </w:num>
  <w:num w:numId="7" w16cid:durableId="269355852">
    <w:abstractNumId w:val="2"/>
  </w:num>
  <w:num w:numId="8" w16cid:durableId="1130439228">
    <w:abstractNumId w:val="1"/>
  </w:num>
  <w:num w:numId="9" w16cid:durableId="1491290165">
    <w:abstractNumId w:val="0"/>
  </w:num>
  <w:num w:numId="10" w16cid:durableId="1675649402">
    <w:abstractNumId w:val="10"/>
  </w:num>
  <w:num w:numId="11" w16cid:durableId="939526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03FC"/>
    <w:rsid w:val="0015074B"/>
    <w:rsid w:val="00166BBC"/>
    <w:rsid w:val="001F1D0A"/>
    <w:rsid w:val="00231513"/>
    <w:rsid w:val="0029639D"/>
    <w:rsid w:val="002F4664"/>
    <w:rsid w:val="00326F90"/>
    <w:rsid w:val="00420947"/>
    <w:rsid w:val="00553EF9"/>
    <w:rsid w:val="00617237"/>
    <w:rsid w:val="006E0142"/>
    <w:rsid w:val="00711857"/>
    <w:rsid w:val="007338F4"/>
    <w:rsid w:val="009936E5"/>
    <w:rsid w:val="00AA1D8D"/>
    <w:rsid w:val="00B035D9"/>
    <w:rsid w:val="00B47730"/>
    <w:rsid w:val="00B751C5"/>
    <w:rsid w:val="00BF216F"/>
    <w:rsid w:val="00CB0664"/>
    <w:rsid w:val="00EF75E2"/>
    <w:rsid w:val="00FC693F"/>
    <w:rsid w:val="00FD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E1848"/>
  <w14:defaultImageDpi w14:val="300"/>
  <w15:docId w15:val="{0A3AB5C8-7511-4F34-8876-9058E665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7338F4"/>
    <w:pPr>
      <w:spacing w:after="0" w:line="240" w:lineRule="auto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Sylwester Woźniczka</cp:lastModifiedBy>
  <cp:revision>2</cp:revision>
  <dcterms:created xsi:type="dcterms:W3CDTF">2026-10-15T08:25:00Z</dcterms:created>
  <dcterms:modified xsi:type="dcterms:W3CDTF">2026-10-15T08:25:00Z</dcterms:modified>
  <cp:category/>
</cp:coreProperties>
</file>