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623CC" w14:textId="77777777" w:rsidR="00C939AC" w:rsidRPr="00C939AC" w:rsidRDefault="00C939AC">
      <w:pPr>
        <w:jc w:val="right"/>
        <w:rPr>
          <w:rFonts w:ascii="Times New Roman" w:hAnsi="Times New Roman" w:cs="Times New Roman"/>
        </w:rPr>
      </w:pPr>
    </w:p>
    <w:p w14:paraId="43C1D9D0" w14:textId="77777777" w:rsidR="00642941" w:rsidRDefault="00000000">
      <w:pPr>
        <w:pStyle w:val="Tytu"/>
        <w:jc w:val="center"/>
        <w:rPr>
          <w:rFonts w:ascii="Times New Roman" w:hAnsi="Times New Roman" w:cs="Times New Roman"/>
        </w:rPr>
      </w:pPr>
      <w:r w:rsidRPr="00C939AC">
        <w:rPr>
          <w:rFonts w:ascii="Times New Roman" w:hAnsi="Times New Roman" w:cs="Times New Roman"/>
        </w:rPr>
        <w:t>WYKAZ OBSŁUGIWANYCH PODMIOTÓW</w:t>
      </w:r>
    </w:p>
    <w:p w14:paraId="2CA1600A" w14:textId="77777777" w:rsidR="00C939AC" w:rsidRPr="00C939AC" w:rsidRDefault="00C939AC" w:rsidP="00C939AC"/>
    <w:p w14:paraId="7ECDD035" w14:textId="77777777" w:rsidR="00642941" w:rsidRPr="00C939AC" w:rsidRDefault="00000000" w:rsidP="00C939AC">
      <w:pPr>
        <w:pStyle w:val="Podtytu"/>
        <w:jc w:val="both"/>
        <w:rPr>
          <w:rFonts w:ascii="Times New Roman" w:hAnsi="Times New Roman" w:cs="Times New Roman"/>
        </w:rPr>
      </w:pPr>
      <w:r w:rsidRPr="00C939AC">
        <w:rPr>
          <w:rFonts w:ascii="Times New Roman" w:hAnsi="Times New Roman" w:cs="Times New Roman"/>
        </w:rPr>
        <w:t>Kryterium P – liczba obsługiwanych podmiotów sektora publicznego lub innych podmiotów o złożonej strukturze organizacyjnej</w:t>
      </w:r>
    </w:p>
    <w:p w14:paraId="38B984AE" w14:textId="77777777" w:rsidR="00642941" w:rsidRPr="00C939AC" w:rsidRDefault="00000000" w:rsidP="00C939AC">
      <w:pPr>
        <w:jc w:val="both"/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>Zamawiający: Uniwersytet Komisji Edukacji Narodowej w Krakowie, ul. Podchorążych 2, 30-084 Kraków.</w:t>
      </w:r>
    </w:p>
    <w:p w14:paraId="4023D1C4" w14:textId="77777777" w:rsidR="00642941" w:rsidRPr="00C939AC" w:rsidRDefault="00000000" w:rsidP="00C939AC">
      <w:pPr>
        <w:jc w:val="both"/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>Nazwa (firma) Oferenta: ........................................................................</w:t>
      </w:r>
    </w:p>
    <w:p w14:paraId="39331BC7" w14:textId="77777777" w:rsidR="00642941" w:rsidRPr="00C939AC" w:rsidRDefault="00000000" w:rsidP="00C939AC">
      <w:pPr>
        <w:jc w:val="both"/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>Adres siedziby: ........................................................................................</w:t>
      </w:r>
    </w:p>
    <w:p w14:paraId="78BD7762" w14:textId="77777777" w:rsidR="00642941" w:rsidRPr="00C939AC" w:rsidRDefault="00000000" w:rsidP="00C939AC">
      <w:pPr>
        <w:jc w:val="both"/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>NIP: .......................................................................................................</w:t>
      </w:r>
    </w:p>
    <w:p w14:paraId="1799DF7E" w14:textId="77777777" w:rsidR="00642941" w:rsidRPr="00C939AC" w:rsidRDefault="00000000" w:rsidP="00C939AC">
      <w:pPr>
        <w:pStyle w:val="Nagwek2"/>
        <w:jc w:val="both"/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>Zasady sporządzania wykazu</w:t>
      </w:r>
    </w:p>
    <w:p w14:paraId="051FA60A" w14:textId="119307D0" w:rsidR="00642941" w:rsidRDefault="00000000" w:rsidP="00C939A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9AC">
        <w:rPr>
          <w:rFonts w:ascii="Times New Roman" w:hAnsi="Times New Roman" w:cs="Times New Roman"/>
          <w:sz w:val="24"/>
          <w:szCs w:val="24"/>
        </w:rPr>
        <w:t>Należy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wykazać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podmioty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publicznego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inne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podmioty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złożonej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strukturze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organizacyjnej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rzecz których Oferent świadczy lub świadczył usługi brokerskie w zakresie ubezpieczeń w okresie ostatnich 5 lat poprzedzających termin składania ofert. Każdy podmiot należy ująć tylko jeden raz, niezależnie od liczby umów zawartych z tym podmiotem.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Należy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podać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nazwę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podmiotu</w:t>
      </w:r>
      <w:proofErr w:type="spellEnd"/>
      <w:r w:rsid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9A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główne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PKD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według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klasyfikacji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statystycznej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GUS</w:t>
      </w:r>
      <w:r w:rsidR="00C939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939AC">
        <w:rPr>
          <w:rFonts w:ascii="Times New Roman" w:hAnsi="Times New Roman" w:cs="Times New Roman"/>
          <w:sz w:val="24"/>
          <w:szCs w:val="24"/>
        </w:rPr>
        <w:t>jeśli</w:t>
      </w:r>
      <w:proofErr w:type="spellEnd"/>
      <w:r w:rsid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9A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C939AC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="00C939AC">
        <w:rPr>
          <w:rFonts w:ascii="Times New Roman" w:hAnsi="Times New Roman" w:cs="Times New Roman"/>
          <w:sz w:val="24"/>
          <w:szCs w:val="24"/>
        </w:rPr>
        <w:t>możłiwości</w:t>
      </w:r>
      <w:proofErr w:type="spellEnd"/>
      <w:r w:rsid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9AC">
        <w:rPr>
          <w:rFonts w:ascii="Times New Roman" w:hAnsi="Times New Roman" w:cs="Times New Roman"/>
          <w:sz w:val="24"/>
          <w:szCs w:val="24"/>
        </w:rPr>
        <w:t>ujawnienia</w:t>
      </w:r>
      <w:proofErr w:type="spellEnd"/>
      <w:r w:rsid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9AC">
        <w:rPr>
          <w:rFonts w:ascii="Times New Roman" w:hAnsi="Times New Roman" w:cs="Times New Roman"/>
          <w:sz w:val="24"/>
          <w:szCs w:val="24"/>
        </w:rPr>
        <w:t>nazwy</w:t>
      </w:r>
      <w:proofErr w:type="spellEnd"/>
      <w:r w:rsidR="00C939AC">
        <w:rPr>
          <w:rFonts w:ascii="Times New Roman" w:hAnsi="Times New Roman" w:cs="Times New Roman"/>
          <w:sz w:val="24"/>
          <w:szCs w:val="24"/>
        </w:rPr>
        <w:t>)</w:t>
      </w:r>
      <w:r w:rsidRPr="00C939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kategorię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podmiotu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okres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zakres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obsługi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Kwalifikacja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podmiotu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powinna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odpowiadać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rozdziałowi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zapytania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ofertowego</w:t>
      </w:r>
      <w:proofErr w:type="spellEnd"/>
      <w:r w:rsidR="00670FC2">
        <w:rPr>
          <w:rFonts w:ascii="Times New Roman" w:hAnsi="Times New Roman" w:cs="Times New Roman"/>
          <w:sz w:val="24"/>
          <w:szCs w:val="24"/>
        </w:rPr>
        <w:t>.</w:t>
      </w:r>
      <w:r w:rsidR="00C51C5A" w:rsidRPr="00C51C5A">
        <w:t xml:space="preserve"> </w:t>
      </w:r>
      <w:r w:rsidR="00C51C5A" w:rsidRPr="00C51C5A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="00C51C5A" w:rsidRPr="00C51C5A">
        <w:rPr>
          <w:rFonts w:ascii="Times New Roman" w:hAnsi="Times New Roman" w:cs="Times New Roman"/>
          <w:sz w:val="24"/>
          <w:szCs w:val="24"/>
        </w:rPr>
        <w:t>razie</w:t>
      </w:r>
      <w:proofErr w:type="spellEnd"/>
      <w:r w:rsidR="00C51C5A" w:rsidRPr="00C51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C5A" w:rsidRPr="00C51C5A">
        <w:rPr>
          <w:rFonts w:ascii="Times New Roman" w:hAnsi="Times New Roman" w:cs="Times New Roman"/>
          <w:sz w:val="24"/>
          <w:szCs w:val="24"/>
        </w:rPr>
        <w:t>potrzeby</w:t>
      </w:r>
      <w:proofErr w:type="spellEnd"/>
      <w:r w:rsidR="00C51C5A" w:rsidRPr="00C51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C5A" w:rsidRPr="00C51C5A">
        <w:rPr>
          <w:rFonts w:ascii="Times New Roman" w:hAnsi="Times New Roman" w:cs="Times New Roman"/>
          <w:sz w:val="24"/>
          <w:szCs w:val="24"/>
        </w:rPr>
        <w:t>można</w:t>
      </w:r>
      <w:proofErr w:type="spellEnd"/>
      <w:r w:rsidR="00C51C5A" w:rsidRPr="00C51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C5A" w:rsidRPr="00C51C5A">
        <w:rPr>
          <w:rFonts w:ascii="Times New Roman" w:hAnsi="Times New Roman" w:cs="Times New Roman"/>
          <w:sz w:val="24"/>
          <w:szCs w:val="24"/>
        </w:rPr>
        <w:t>dołączyć</w:t>
      </w:r>
      <w:proofErr w:type="spellEnd"/>
      <w:r w:rsidR="00C51C5A" w:rsidRPr="00C51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C5A" w:rsidRPr="00C51C5A">
        <w:rPr>
          <w:rFonts w:ascii="Times New Roman" w:hAnsi="Times New Roman" w:cs="Times New Roman"/>
          <w:sz w:val="24"/>
          <w:szCs w:val="24"/>
        </w:rPr>
        <w:t>dalsze</w:t>
      </w:r>
      <w:proofErr w:type="spellEnd"/>
      <w:r w:rsidR="00C51C5A" w:rsidRPr="00C51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C5A" w:rsidRPr="00C51C5A">
        <w:rPr>
          <w:rFonts w:ascii="Times New Roman" w:hAnsi="Times New Roman" w:cs="Times New Roman"/>
          <w:sz w:val="24"/>
          <w:szCs w:val="24"/>
        </w:rPr>
        <w:t>wiersze</w:t>
      </w:r>
      <w:proofErr w:type="spellEnd"/>
      <w:r w:rsidR="00C51C5A" w:rsidRPr="00C51C5A">
        <w:rPr>
          <w:rFonts w:ascii="Times New Roman" w:hAnsi="Times New Roman" w:cs="Times New Roman"/>
          <w:sz w:val="24"/>
          <w:szCs w:val="24"/>
        </w:rPr>
        <w:t>.</w:t>
      </w:r>
    </w:p>
    <w:p w14:paraId="5569BE30" w14:textId="77777777" w:rsidR="00670FC2" w:rsidRPr="00C939AC" w:rsidRDefault="00670FC2" w:rsidP="00C939A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05"/>
        <w:gridCol w:w="1670"/>
        <w:gridCol w:w="1614"/>
        <w:gridCol w:w="1617"/>
        <w:gridCol w:w="1611"/>
        <w:gridCol w:w="1619"/>
      </w:tblGrid>
      <w:tr w:rsidR="00642941" w:rsidRPr="00C939AC" w14:paraId="4710FE45" w14:textId="77777777">
        <w:trPr>
          <w:jc w:val="center"/>
        </w:trPr>
        <w:tc>
          <w:tcPr>
            <w:tcW w:w="1624" w:type="dxa"/>
          </w:tcPr>
          <w:p w14:paraId="2A318921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624" w:type="dxa"/>
          </w:tcPr>
          <w:p w14:paraId="49667301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Nazwa obsługiwanego podmiotu</w:t>
            </w:r>
          </w:p>
        </w:tc>
        <w:tc>
          <w:tcPr>
            <w:tcW w:w="1624" w:type="dxa"/>
          </w:tcPr>
          <w:p w14:paraId="7A56DA28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PKD (główne)</w:t>
            </w:r>
          </w:p>
        </w:tc>
        <w:tc>
          <w:tcPr>
            <w:tcW w:w="1624" w:type="dxa"/>
          </w:tcPr>
          <w:p w14:paraId="70FC26D7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Kategoria: sektor publiczny / inny o złożonej strukturze</w:t>
            </w:r>
          </w:p>
        </w:tc>
        <w:tc>
          <w:tcPr>
            <w:tcW w:w="1624" w:type="dxa"/>
          </w:tcPr>
          <w:p w14:paraId="146AFF1E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Okres obsługi (od–do)</w:t>
            </w:r>
          </w:p>
        </w:tc>
        <w:tc>
          <w:tcPr>
            <w:tcW w:w="1624" w:type="dxa"/>
          </w:tcPr>
          <w:p w14:paraId="67C9E2DC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Zakres usług brokerskich</w:t>
            </w:r>
          </w:p>
        </w:tc>
      </w:tr>
      <w:tr w:rsidR="00642941" w:rsidRPr="00C939AC" w14:paraId="6FB76947" w14:textId="77777777">
        <w:trPr>
          <w:jc w:val="center"/>
        </w:trPr>
        <w:tc>
          <w:tcPr>
            <w:tcW w:w="1624" w:type="dxa"/>
          </w:tcPr>
          <w:p w14:paraId="71F76991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</w:tcPr>
          <w:p w14:paraId="3B99CAF9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60C907F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B100A09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15DFA6D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D5CE483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941" w:rsidRPr="00C939AC" w14:paraId="5B02F0CE" w14:textId="77777777">
        <w:trPr>
          <w:jc w:val="center"/>
        </w:trPr>
        <w:tc>
          <w:tcPr>
            <w:tcW w:w="1624" w:type="dxa"/>
          </w:tcPr>
          <w:p w14:paraId="6A4EB403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4" w:type="dxa"/>
          </w:tcPr>
          <w:p w14:paraId="685CD498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C54AE93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7BA11B2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845C0C3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700F6A5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941" w:rsidRPr="00C939AC" w14:paraId="55FEF2D0" w14:textId="77777777">
        <w:trPr>
          <w:jc w:val="center"/>
        </w:trPr>
        <w:tc>
          <w:tcPr>
            <w:tcW w:w="1624" w:type="dxa"/>
          </w:tcPr>
          <w:p w14:paraId="1ADCF903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</w:tcPr>
          <w:p w14:paraId="2A49AA54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71821DE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23D83B2F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9634561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06962C5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941" w:rsidRPr="00C939AC" w14:paraId="256E49B5" w14:textId="77777777">
        <w:trPr>
          <w:jc w:val="center"/>
        </w:trPr>
        <w:tc>
          <w:tcPr>
            <w:tcW w:w="1624" w:type="dxa"/>
          </w:tcPr>
          <w:p w14:paraId="30B5E7D6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4" w:type="dxa"/>
          </w:tcPr>
          <w:p w14:paraId="4D8BC127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57DC8CB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58CBC22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31A3A85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043D5CF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941" w:rsidRPr="00C939AC" w14:paraId="63A4A74E" w14:textId="77777777">
        <w:trPr>
          <w:jc w:val="center"/>
        </w:trPr>
        <w:tc>
          <w:tcPr>
            <w:tcW w:w="1624" w:type="dxa"/>
          </w:tcPr>
          <w:p w14:paraId="130E60A0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4" w:type="dxa"/>
          </w:tcPr>
          <w:p w14:paraId="299D929F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D0EB5F4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8672376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7C84D32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2A463D26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941" w:rsidRPr="00C939AC" w14:paraId="6F646509" w14:textId="77777777">
        <w:trPr>
          <w:jc w:val="center"/>
        </w:trPr>
        <w:tc>
          <w:tcPr>
            <w:tcW w:w="1624" w:type="dxa"/>
          </w:tcPr>
          <w:p w14:paraId="3EB346A2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4" w:type="dxa"/>
          </w:tcPr>
          <w:p w14:paraId="7EA992E2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A74E6BB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1C46CE1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7919827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786F4A6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941" w:rsidRPr="00C939AC" w14:paraId="785B9924" w14:textId="77777777">
        <w:trPr>
          <w:jc w:val="center"/>
        </w:trPr>
        <w:tc>
          <w:tcPr>
            <w:tcW w:w="1624" w:type="dxa"/>
          </w:tcPr>
          <w:p w14:paraId="7984F736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4" w:type="dxa"/>
          </w:tcPr>
          <w:p w14:paraId="7D0CD703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0A18CCA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0A32795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E323EE5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8A3A0C6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941" w:rsidRPr="00C939AC" w14:paraId="7F09318F" w14:textId="77777777">
        <w:trPr>
          <w:jc w:val="center"/>
        </w:trPr>
        <w:tc>
          <w:tcPr>
            <w:tcW w:w="1624" w:type="dxa"/>
          </w:tcPr>
          <w:p w14:paraId="6D0EEE11" w14:textId="77777777" w:rsidR="00642941" w:rsidRPr="00C939AC" w:rsidRDefault="00000000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9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4" w:type="dxa"/>
          </w:tcPr>
          <w:p w14:paraId="70CFE2E8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240CB4D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AC42DE7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321C42C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16F89E1" w14:textId="77777777" w:rsidR="00642941" w:rsidRPr="00C939AC" w:rsidRDefault="00642941" w:rsidP="00C93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BB71C4" w14:textId="77777777" w:rsidR="00670FC2" w:rsidRDefault="00670FC2" w:rsidP="00C939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BF3D54" w14:textId="544601AF" w:rsidR="00642941" w:rsidRPr="00C939AC" w:rsidRDefault="00000000" w:rsidP="00C939A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9AC">
        <w:rPr>
          <w:rFonts w:ascii="Times New Roman" w:hAnsi="Times New Roman" w:cs="Times New Roman"/>
          <w:sz w:val="24"/>
          <w:szCs w:val="24"/>
        </w:rPr>
        <w:t>Łączna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liczba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wykazanych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podmiotów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(bez powtórzeń): ........................</w:t>
      </w:r>
    </w:p>
    <w:p w14:paraId="29A07517" w14:textId="77777777" w:rsidR="00642941" w:rsidRPr="00C939AC" w:rsidRDefault="00000000" w:rsidP="00C939AC">
      <w:pPr>
        <w:pStyle w:val="Nagwek2"/>
        <w:jc w:val="both"/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>Oświadczenie Oferenta</w:t>
      </w:r>
    </w:p>
    <w:p w14:paraId="0BB8C854" w14:textId="79078421" w:rsidR="00642941" w:rsidRDefault="00000000" w:rsidP="00C939AC">
      <w:pPr>
        <w:jc w:val="both"/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 xml:space="preserve">Oświadczamy,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dane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zawarte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wykazie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są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prawdziwe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każdy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podmiot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został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ujęty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jeden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raz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>, a</w:t>
      </w:r>
      <w:r w:rsidR="00670FC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wskazane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podmioty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odpowiadają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kategoriom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określonym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rozdziale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IV zapytania ofertowego. Na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żądanie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przedstawimy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wyjaśnienia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dokumenty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potwierdzające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podane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>.</w:t>
      </w:r>
    </w:p>
    <w:p w14:paraId="5868609F" w14:textId="77777777" w:rsidR="00670FC2" w:rsidRPr="00C939AC" w:rsidRDefault="00670FC2" w:rsidP="00C939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E9F13E" w14:textId="77777777" w:rsidR="00642941" w:rsidRDefault="00000000">
      <w:pPr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>Miejscowość i data: ........................................................</w:t>
      </w:r>
    </w:p>
    <w:p w14:paraId="0605CFEF" w14:textId="77777777" w:rsidR="00670FC2" w:rsidRPr="00C939AC" w:rsidRDefault="00670FC2">
      <w:pPr>
        <w:rPr>
          <w:rFonts w:ascii="Times New Roman" w:hAnsi="Times New Roman" w:cs="Times New Roman"/>
          <w:sz w:val="24"/>
          <w:szCs w:val="24"/>
        </w:rPr>
      </w:pPr>
    </w:p>
    <w:p w14:paraId="134F93A3" w14:textId="4C955006" w:rsidR="00670FC2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939AC">
        <w:rPr>
          <w:rFonts w:ascii="Times New Roman" w:hAnsi="Times New Roman" w:cs="Times New Roman"/>
          <w:sz w:val="24"/>
          <w:szCs w:val="24"/>
        </w:rPr>
        <w:t>Imię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nazwisko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="0067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0FC2">
        <w:rPr>
          <w:rFonts w:ascii="Times New Roman" w:hAnsi="Times New Roman" w:cs="Times New Roman"/>
          <w:sz w:val="24"/>
          <w:szCs w:val="24"/>
        </w:rPr>
        <w:t>czytelny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uprawnionej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939AC">
        <w:rPr>
          <w:rFonts w:ascii="Times New Roman" w:hAnsi="Times New Roman" w:cs="Times New Roman"/>
          <w:sz w:val="24"/>
          <w:szCs w:val="24"/>
        </w:rPr>
        <w:t>reprezentowania</w:t>
      </w:r>
      <w:proofErr w:type="spellEnd"/>
      <w:r w:rsidRPr="00C939AC">
        <w:rPr>
          <w:rFonts w:ascii="Times New Roman" w:hAnsi="Times New Roman" w:cs="Times New Roman"/>
          <w:sz w:val="24"/>
          <w:szCs w:val="24"/>
        </w:rPr>
        <w:t xml:space="preserve"> Oferenta:</w:t>
      </w:r>
    </w:p>
    <w:p w14:paraId="0EE9F40C" w14:textId="77777777" w:rsidR="00670FC2" w:rsidRDefault="00670FC2">
      <w:pPr>
        <w:rPr>
          <w:rFonts w:ascii="Times New Roman" w:hAnsi="Times New Roman" w:cs="Times New Roman"/>
          <w:sz w:val="24"/>
          <w:szCs w:val="24"/>
        </w:rPr>
      </w:pPr>
    </w:p>
    <w:p w14:paraId="4C6D498A" w14:textId="32CE1259" w:rsidR="00670FC2" w:rsidRPr="00C939AC" w:rsidRDefault="00000000">
      <w:pPr>
        <w:rPr>
          <w:rFonts w:ascii="Times New Roman" w:hAnsi="Times New Roman" w:cs="Times New Roman"/>
          <w:sz w:val="24"/>
          <w:szCs w:val="24"/>
        </w:rPr>
      </w:pPr>
      <w:r w:rsidRPr="00C939AC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sectPr w:rsidR="00670FC2" w:rsidRPr="00C939AC" w:rsidSect="00034616">
      <w:headerReference w:type="default" r:id="rId8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E299F" w14:textId="77777777" w:rsidR="007B24B7" w:rsidRDefault="007B24B7" w:rsidP="00D32CD0">
      <w:pPr>
        <w:spacing w:after="0" w:line="240" w:lineRule="auto"/>
      </w:pPr>
      <w:r>
        <w:separator/>
      </w:r>
    </w:p>
  </w:endnote>
  <w:endnote w:type="continuationSeparator" w:id="0">
    <w:p w14:paraId="0FDCA60D" w14:textId="77777777" w:rsidR="007B24B7" w:rsidRDefault="007B24B7" w:rsidP="00D3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A5D2" w14:textId="77777777" w:rsidR="007B24B7" w:rsidRDefault="007B24B7" w:rsidP="00D32CD0">
      <w:pPr>
        <w:spacing w:after="0" w:line="240" w:lineRule="auto"/>
      </w:pPr>
      <w:r>
        <w:separator/>
      </w:r>
    </w:p>
  </w:footnote>
  <w:footnote w:type="continuationSeparator" w:id="0">
    <w:p w14:paraId="3EAEB50B" w14:textId="77777777" w:rsidR="007B24B7" w:rsidRDefault="007B24B7" w:rsidP="00D3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1BC9" w14:textId="4A00272F" w:rsidR="00D32CD0" w:rsidRPr="00D32CD0" w:rsidRDefault="00D32CD0" w:rsidP="00D32CD0">
    <w:pPr>
      <w:pStyle w:val="Nagwek"/>
      <w:jc w:val="right"/>
      <w:rPr>
        <w:rFonts w:ascii="Times New Roman" w:hAnsi="Times New Roman" w:cs="Times New Roman"/>
      </w:rPr>
    </w:pPr>
    <w:proofErr w:type="spellStart"/>
    <w:r w:rsidRPr="00D32CD0">
      <w:rPr>
        <w:rFonts w:ascii="Times New Roman" w:hAnsi="Times New Roman" w:cs="Times New Roman"/>
      </w:rPr>
      <w:t>Załącznik</w:t>
    </w:r>
    <w:proofErr w:type="spellEnd"/>
    <w:r w:rsidRPr="00D32CD0">
      <w:rPr>
        <w:rFonts w:ascii="Times New Roman" w:hAnsi="Times New Roman" w:cs="Times New Roman"/>
      </w:rPr>
      <w:t xml:space="preserve"> nr 4 do </w:t>
    </w:r>
    <w:proofErr w:type="spellStart"/>
    <w:r w:rsidRPr="00D32CD0">
      <w:rPr>
        <w:rFonts w:ascii="Times New Roman" w:hAnsi="Times New Roman" w:cs="Times New Roman"/>
      </w:rPr>
      <w:t>zapytania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ofertowego</w:t>
    </w:r>
    <w:proofErr w:type="spellEnd"/>
    <w:r w:rsidRPr="00D32CD0">
      <w:rPr>
        <w:rFonts w:ascii="Times New Roman" w:hAnsi="Times New Roman" w:cs="Times New Roman"/>
      </w:rPr>
      <w:t xml:space="preserve"> „</w:t>
    </w:r>
    <w:proofErr w:type="spellStart"/>
    <w:r w:rsidRPr="00D32CD0">
      <w:rPr>
        <w:rFonts w:ascii="Times New Roman" w:hAnsi="Times New Roman" w:cs="Times New Roman"/>
      </w:rPr>
      <w:t>Świadczenie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na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rzecz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Uniwersytetu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Komisji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Edukacji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Narodowej</w:t>
    </w:r>
    <w:proofErr w:type="spellEnd"/>
    <w:r w:rsidRPr="00D32CD0">
      <w:rPr>
        <w:rFonts w:ascii="Times New Roman" w:hAnsi="Times New Roman" w:cs="Times New Roman"/>
      </w:rPr>
      <w:t xml:space="preserve"> w Krakowie </w:t>
    </w:r>
    <w:proofErr w:type="spellStart"/>
    <w:r w:rsidRPr="00D32CD0">
      <w:rPr>
        <w:rFonts w:ascii="Times New Roman" w:hAnsi="Times New Roman" w:cs="Times New Roman"/>
      </w:rPr>
      <w:t>kompleksowej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obsługi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brokerskiej</w:t>
    </w:r>
    <w:proofErr w:type="spellEnd"/>
    <w:r w:rsidRPr="00D32CD0">
      <w:rPr>
        <w:rFonts w:ascii="Times New Roman" w:hAnsi="Times New Roman" w:cs="Times New Roman"/>
      </w:rPr>
      <w:t xml:space="preserve"> w </w:t>
    </w:r>
    <w:proofErr w:type="spellStart"/>
    <w:r w:rsidRPr="00D32CD0">
      <w:rPr>
        <w:rFonts w:ascii="Times New Roman" w:hAnsi="Times New Roman" w:cs="Times New Roman"/>
      </w:rPr>
      <w:t>zakresie</w:t>
    </w:r>
    <w:proofErr w:type="spellEnd"/>
    <w:r w:rsidRPr="00D32CD0">
      <w:rPr>
        <w:rFonts w:ascii="Times New Roman" w:hAnsi="Times New Roman" w:cs="Times New Roman"/>
      </w:rPr>
      <w:t xml:space="preserve"> </w:t>
    </w:r>
    <w:proofErr w:type="spellStart"/>
    <w:r w:rsidRPr="00D32CD0">
      <w:rPr>
        <w:rFonts w:ascii="Times New Roman" w:hAnsi="Times New Roman" w:cs="Times New Roman"/>
      </w:rPr>
      <w:t>ubezpieczeń</w:t>
    </w:r>
    <w:proofErr w:type="spellEnd"/>
    <w:r w:rsidRPr="00D32CD0">
      <w:rPr>
        <w:rFonts w:ascii="Times New Roman" w:hAnsi="Times New Roman" w:cs="Times New Roman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8870961">
    <w:abstractNumId w:val="8"/>
  </w:num>
  <w:num w:numId="2" w16cid:durableId="2062056222">
    <w:abstractNumId w:val="6"/>
  </w:num>
  <w:num w:numId="3" w16cid:durableId="1550608802">
    <w:abstractNumId w:val="5"/>
  </w:num>
  <w:num w:numId="4" w16cid:durableId="344751635">
    <w:abstractNumId w:val="4"/>
  </w:num>
  <w:num w:numId="5" w16cid:durableId="118500876">
    <w:abstractNumId w:val="7"/>
  </w:num>
  <w:num w:numId="6" w16cid:durableId="1077945791">
    <w:abstractNumId w:val="3"/>
  </w:num>
  <w:num w:numId="7" w16cid:durableId="322783492">
    <w:abstractNumId w:val="2"/>
  </w:num>
  <w:num w:numId="8" w16cid:durableId="1132332667">
    <w:abstractNumId w:val="1"/>
  </w:num>
  <w:num w:numId="9" w16cid:durableId="185801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BBC"/>
    <w:rsid w:val="0029639D"/>
    <w:rsid w:val="002F4664"/>
    <w:rsid w:val="00326F90"/>
    <w:rsid w:val="00623103"/>
    <w:rsid w:val="00642941"/>
    <w:rsid w:val="00670FC2"/>
    <w:rsid w:val="007B24B7"/>
    <w:rsid w:val="009936E5"/>
    <w:rsid w:val="00A76FB6"/>
    <w:rsid w:val="00AA1D8D"/>
    <w:rsid w:val="00B47730"/>
    <w:rsid w:val="00C03080"/>
    <w:rsid w:val="00C23A39"/>
    <w:rsid w:val="00C43276"/>
    <w:rsid w:val="00C51C5A"/>
    <w:rsid w:val="00C852C8"/>
    <w:rsid w:val="00C939AC"/>
    <w:rsid w:val="00CB0664"/>
    <w:rsid w:val="00D32CD0"/>
    <w:rsid w:val="00D62866"/>
    <w:rsid w:val="00F721F4"/>
    <w:rsid w:val="00FA4743"/>
    <w:rsid w:val="00FC693F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31A802"/>
  <w14:defaultImageDpi w14:val="300"/>
  <w15:docId w15:val="{0A3AB5C8-7511-4F34-8876-9058E665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C23A39"/>
    <w:pPr>
      <w:spacing w:after="0" w:line="240" w:lineRule="auto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Sylwester Woźniczka</cp:lastModifiedBy>
  <cp:revision>2</cp:revision>
  <cp:lastPrinted>2026-10-15T08:31:00Z</cp:lastPrinted>
  <dcterms:created xsi:type="dcterms:W3CDTF">2026-10-15T08:31:00Z</dcterms:created>
  <dcterms:modified xsi:type="dcterms:W3CDTF">2026-10-15T08:31:00Z</dcterms:modified>
  <cp:category/>
</cp:coreProperties>
</file>