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85677" w14:textId="77777777" w:rsidR="00BB5016" w:rsidRDefault="00BB5016">
      <w:pPr>
        <w:pStyle w:val="Tytu"/>
        <w:jc w:val="center"/>
        <w:rPr>
          <w:rFonts w:ascii="Times New Roman" w:hAnsi="Times New Roman" w:cs="Times New Roman"/>
        </w:rPr>
      </w:pPr>
    </w:p>
    <w:p w14:paraId="65E1A6DF" w14:textId="2D0F54E3" w:rsidR="0086680F" w:rsidRDefault="00000000">
      <w:pPr>
        <w:pStyle w:val="Tytu"/>
        <w:jc w:val="center"/>
        <w:rPr>
          <w:rFonts w:ascii="Times New Roman" w:hAnsi="Times New Roman" w:cs="Times New Roman"/>
        </w:rPr>
      </w:pPr>
      <w:r w:rsidRPr="00BB5016">
        <w:rPr>
          <w:rFonts w:ascii="Times New Roman" w:hAnsi="Times New Roman" w:cs="Times New Roman"/>
        </w:rPr>
        <w:t>WYKAZ UMÓW BROKERSKICH</w:t>
      </w:r>
    </w:p>
    <w:p w14:paraId="3169F764" w14:textId="77777777" w:rsidR="00BB5016" w:rsidRPr="00BB5016" w:rsidRDefault="00BB5016" w:rsidP="00BB5016"/>
    <w:p w14:paraId="1CCB95B3" w14:textId="77777777" w:rsidR="0086680F" w:rsidRPr="00BB5016" w:rsidRDefault="00000000">
      <w:pPr>
        <w:pStyle w:val="Podtytu"/>
        <w:rPr>
          <w:rFonts w:ascii="Times New Roman" w:hAnsi="Times New Roman" w:cs="Times New Roman"/>
        </w:rPr>
      </w:pPr>
      <w:r w:rsidRPr="00BB5016">
        <w:rPr>
          <w:rFonts w:ascii="Times New Roman" w:hAnsi="Times New Roman" w:cs="Times New Roman"/>
        </w:rPr>
        <w:t>Kryterium U – liczba umów brokerskich zawartych z obsługiwanymi podmiotami</w:t>
      </w:r>
    </w:p>
    <w:p w14:paraId="493AC1F4" w14:textId="77777777" w:rsidR="0086680F" w:rsidRPr="00BB5016" w:rsidRDefault="00000000">
      <w:pPr>
        <w:rPr>
          <w:rFonts w:ascii="Times New Roman" w:hAnsi="Times New Roman" w:cs="Times New Roman"/>
          <w:sz w:val="24"/>
          <w:szCs w:val="24"/>
        </w:rPr>
      </w:pPr>
      <w:r w:rsidRPr="00BB5016">
        <w:rPr>
          <w:rFonts w:ascii="Times New Roman" w:hAnsi="Times New Roman" w:cs="Times New Roman"/>
          <w:sz w:val="24"/>
          <w:szCs w:val="24"/>
        </w:rPr>
        <w:t>Zamawiający: Uniwersytet Komisji Edukacji Narodowej w Krakowie, ul. Podchorążych 2, 30-084 Kraków.</w:t>
      </w:r>
    </w:p>
    <w:p w14:paraId="6E2F83E1" w14:textId="77777777" w:rsidR="0086680F" w:rsidRPr="00BB5016" w:rsidRDefault="00000000">
      <w:pPr>
        <w:rPr>
          <w:rFonts w:ascii="Times New Roman" w:hAnsi="Times New Roman" w:cs="Times New Roman"/>
          <w:sz w:val="24"/>
          <w:szCs w:val="24"/>
        </w:rPr>
      </w:pPr>
      <w:r w:rsidRPr="00BB5016">
        <w:rPr>
          <w:rFonts w:ascii="Times New Roman" w:hAnsi="Times New Roman" w:cs="Times New Roman"/>
          <w:sz w:val="24"/>
          <w:szCs w:val="24"/>
        </w:rPr>
        <w:t>Nazwa (firma) Oferenta: ........................................................................</w:t>
      </w:r>
    </w:p>
    <w:p w14:paraId="2FE35190" w14:textId="77777777" w:rsidR="0086680F" w:rsidRPr="00BB5016" w:rsidRDefault="00000000">
      <w:pPr>
        <w:rPr>
          <w:rFonts w:ascii="Times New Roman" w:hAnsi="Times New Roman" w:cs="Times New Roman"/>
          <w:sz w:val="24"/>
          <w:szCs w:val="24"/>
        </w:rPr>
      </w:pPr>
      <w:r w:rsidRPr="00BB5016">
        <w:rPr>
          <w:rFonts w:ascii="Times New Roman" w:hAnsi="Times New Roman" w:cs="Times New Roman"/>
          <w:sz w:val="24"/>
          <w:szCs w:val="24"/>
        </w:rPr>
        <w:t>Adres siedziby: ........................................................................................</w:t>
      </w:r>
    </w:p>
    <w:p w14:paraId="3EBCE0D9" w14:textId="77777777" w:rsidR="0086680F" w:rsidRPr="00BB5016" w:rsidRDefault="00000000">
      <w:pPr>
        <w:rPr>
          <w:rFonts w:ascii="Times New Roman" w:hAnsi="Times New Roman" w:cs="Times New Roman"/>
          <w:sz w:val="24"/>
          <w:szCs w:val="24"/>
        </w:rPr>
      </w:pPr>
      <w:r w:rsidRPr="00BB5016">
        <w:rPr>
          <w:rFonts w:ascii="Times New Roman" w:hAnsi="Times New Roman" w:cs="Times New Roman"/>
          <w:sz w:val="24"/>
          <w:szCs w:val="24"/>
        </w:rPr>
        <w:t>NIP: .......................................................................................................</w:t>
      </w:r>
    </w:p>
    <w:p w14:paraId="6F0AAF02" w14:textId="77777777" w:rsidR="0086680F" w:rsidRPr="00BB5016" w:rsidRDefault="00000000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BB5016">
        <w:rPr>
          <w:rFonts w:ascii="Times New Roman" w:hAnsi="Times New Roman" w:cs="Times New Roman"/>
          <w:sz w:val="24"/>
          <w:szCs w:val="24"/>
        </w:rPr>
        <w:t>Zasady sporządzania wykazu</w:t>
      </w:r>
    </w:p>
    <w:p w14:paraId="07E8D930" w14:textId="4FEF2EDC" w:rsidR="0086680F" w:rsidRDefault="00000000" w:rsidP="00BB5016">
      <w:pPr>
        <w:jc w:val="both"/>
        <w:rPr>
          <w:rFonts w:ascii="Times New Roman" w:hAnsi="Times New Roman" w:cs="Times New Roman"/>
          <w:sz w:val="24"/>
          <w:szCs w:val="24"/>
        </w:rPr>
      </w:pPr>
      <w:r w:rsidRPr="00BB5016">
        <w:rPr>
          <w:rFonts w:ascii="Times New Roman" w:hAnsi="Times New Roman" w:cs="Times New Roman"/>
          <w:sz w:val="24"/>
          <w:szCs w:val="24"/>
        </w:rPr>
        <w:t xml:space="preserve">Należy wykazać umowy o świadczenie usług brokerskich zawarte przez Oferenta w okresie ostatnich 5 lat poprzedzających termin składania ofert, z podmiotami, na rzecz których świadczone są lub były usługi w zakresie ubezpieczeń. Każdą umowę należy wskazać odrębnie.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Wykaz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musi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umożliwiać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weryfikację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liczby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umów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, w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szczególności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przez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wskazanie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nazwy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kontrahent</w:t>
      </w:r>
      <w:r w:rsidR="00BB501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5016">
        <w:rPr>
          <w:rFonts w:ascii="Times New Roman" w:hAnsi="Times New Roman" w:cs="Times New Roman"/>
          <w:sz w:val="24"/>
          <w:szCs w:val="24"/>
        </w:rPr>
        <w:t>lub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jego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głównego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PKD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według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klasyfikacji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statystycznej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GUS</w:t>
      </w:r>
      <w:r w:rsidR="00BB5016">
        <w:rPr>
          <w:rFonts w:ascii="Times New Roman" w:hAnsi="Times New Roman" w:cs="Times New Roman"/>
          <w:sz w:val="24"/>
          <w:szCs w:val="24"/>
        </w:rPr>
        <w:t xml:space="preserve"> (w </w:t>
      </w:r>
      <w:proofErr w:type="spellStart"/>
      <w:r w:rsidR="00BB5016">
        <w:rPr>
          <w:rFonts w:ascii="Times New Roman" w:hAnsi="Times New Roman" w:cs="Times New Roman"/>
          <w:sz w:val="24"/>
          <w:szCs w:val="24"/>
        </w:rPr>
        <w:t>przypadku</w:t>
      </w:r>
      <w:proofErr w:type="spellEnd"/>
      <w:r w:rsid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5016">
        <w:rPr>
          <w:rFonts w:ascii="Times New Roman" w:hAnsi="Times New Roman" w:cs="Times New Roman"/>
          <w:sz w:val="24"/>
          <w:szCs w:val="24"/>
        </w:rPr>
        <w:t>braku</w:t>
      </w:r>
      <w:proofErr w:type="spellEnd"/>
      <w:r w:rsid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5016">
        <w:rPr>
          <w:rFonts w:ascii="Times New Roman" w:hAnsi="Times New Roman" w:cs="Times New Roman"/>
          <w:sz w:val="24"/>
          <w:szCs w:val="24"/>
        </w:rPr>
        <w:t>moż</w:t>
      </w:r>
      <w:r w:rsidR="00002942">
        <w:rPr>
          <w:rFonts w:ascii="Times New Roman" w:hAnsi="Times New Roman" w:cs="Times New Roman"/>
          <w:sz w:val="24"/>
          <w:szCs w:val="24"/>
        </w:rPr>
        <w:t>l</w:t>
      </w:r>
      <w:r w:rsidR="00BB5016">
        <w:rPr>
          <w:rFonts w:ascii="Times New Roman" w:hAnsi="Times New Roman" w:cs="Times New Roman"/>
          <w:sz w:val="24"/>
          <w:szCs w:val="24"/>
        </w:rPr>
        <w:t>iwości</w:t>
      </w:r>
      <w:proofErr w:type="spellEnd"/>
      <w:r w:rsid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5016">
        <w:rPr>
          <w:rFonts w:ascii="Times New Roman" w:hAnsi="Times New Roman" w:cs="Times New Roman"/>
          <w:sz w:val="24"/>
          <w:szCs w:val="24"/>
        </w:rPr>
        <w:t>ujawnienia</w:t>
      </w:r>
      <w:proofErr w:type="spellEnd"/>
      <w:r w:rsid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5016">
        <w:rPr>
          <w:rFonts w:ascii="Times New Roman" w:hAnsi="Times New Roman" w:cs="Times New Roman"/>
          <w:sz w:val="24"/>
          <w:szCs w:val="24"/>
        </w:rPr>
        <w:t>nazwy</w:t>
      </w:r>
      <w:proofErr w:type="spellEnd"/>
      <w:r w:rsidR="00BB5016">
        <w:rPr>
          <w:rFonts w:ascii="Times New Roman" w:hAnsi="Times New Roman" w:cs="Times New Roman"/>
          <w:sz w:val="24"/>
          <w:szCs w:val="24"/>
        </w:rPr>
        <w:t>)</w:t>
      </w:r>
      <w:r w:rsidRPr="00BB50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daty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zawarcia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942">
        <w:rPr>
          <w:rFonts w:ascii="Times New Roman" w:hAnsi="Times New Roman" w:cs="Times New Roman"/>
          <w:sz w:val="24"/>
          <w:szCs w:val="24"/>
        </w:rPr>
        <w:t>okresu</w:t>
      </w:r>
      <w:proofErr w:type="spellEnd"/>
      <w:r w:rsidR="000029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942">
        <w:rPr>
          <w:rFonts w:ascii="Times New Roman" w:hAnsi="Times New Roman" w:cs="Times New Roman"/>
          <w:sz w:val="24"/>
          <w:szCs w:val="24"/>
        </w:rPr>
        <w:t>realizacji</w:t>
      </w:r>
      <w:proofErr w:type="spellEnd"/>
      <w:r w:rsidR="000029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94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029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zakresu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usług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. W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razie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potrzeby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można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dołączyć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dalsze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wiersze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>.</w:t>
      </w:r>
    </w:p>
    <w:p w14:paraId="0B42C469" w14:textId="77777777" w:rsidR="00002942" w:rsidRPr="00BB5016" w:rsidRDefault="00002942" w:rsidP="00BB5016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621"/>
        <w:gridCol w:w="1623"/>
        <w:gridCol w:w="1623"/>
        <w:gridCol w:w="1623"/>
        <w:gridCol w:w="1623"/>
        <w:gridCol w:w="1623"/>
      </w:tblGrid>
      <w:tr w:rsidR="0086680F" w:rsidRPr="00BB5016" w14:paraId="7B49AD18" w14:textId="77777777">
        <w:trPr>
          <w:jc w:val="center"/>
        </w:trPr>
        <w:tc>
          <w:tcPr>
            <w:tcW w:w="1624" w:type="dxa"/>
          </w:tcPr>
          <w:p w14:paraId="0AE0CADA" w14:textId="77777777" w:rsidR="0086680F" w:rsidRPr="00BB501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5016">
              <w:rPr>
                <w:rFonts w:ascii="Times New Roman" w:hAnsi="Times New Roman" w:cs="Times New Roman"/>
                <w:sz w:val="24"/>
                <w:szCs w:val="24"/>
              </w:rPr>
              <w:t>Lp</w:t>
            </w:r>
            <w:proofErr w:type="spellEnd"/>
            <w:r w:rsidRPr="00BB50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4" w:type="dxa"/>
          </w:tcPr>
          <w:p w14:paraId="6CD2BA73" w14:textId="77777777" w:rsidR="0086680F" w:rsidRPr="00BB501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>Nazwa podmiotu / kontrahenta</w:t>
            </w:r>
          </w:p>
        </w:tc>
        <w:tc>
          <w:tcPr>
            <w:tcW w:w="1624" w:type="dxa"/>
          </w:tcPr>
          <w:p w14:paraId="6B47C2E3" w14:textId="77777777" w:rsidR="0086680F" w:rsidRPr="00BB501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>PKD (główne)</w:t>
            </w:r>
          </w:p>
        </w:tc>
        <w:tc>
          <w:tcPr>
            <w:tcW w:w="1624" w:type="dxa"/>
          </w:tcPr>
          <w:p w14:paraId="3B0C7B12" w14:textId="77777777" w:rsidR="0086680F" w:rsidRPr="00BB501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>Data zawarcia umowy</w:t>
            </w:r>
          </w:p>
        </w:tc>
        <w:tc>
          <w:tcPr>
            <w:tcW w:w="1624" w:type="dxa"/>
          </w:tcPr>
          <w:p w14:paraId="68DA3E13" w14:textId="77777777" w:rsidR="0086680F" w:rsidRPr="00BB501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>Okres realizacji (od–do)</w:t>
            </w:r>
          </w:p>
        </w:tc>
        <w:tc>
          <w:tcPr>
            <w:tcW w:w="1624" w:type="dxa"/>
          </w:tcPr>
          <w:p w14:paraId="178C4542" w14:textId="77777777" w:rsidR="0086680F" w:rsidRPr="00BB501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>Zakres usług brokerskich</w:t>
            </w:r>
          </w:p>
        </w:tc>
      </w:tr>
      <w:tr w:rsidR="0086680F" w:rsidRPr="00BB5016" w14:paraId="2DC2AC28" w14:textId="77777777">
        <w:trPr>
          <w:jc w:val="center"/>
        </w:trPr>
        <w:tc>
          <w:tcPr>
            <w:tcW w:w="1624" w:type="dxa"/>
          </w:tcPr>
          <w:p w14:paraId="548273CB" w14:textId="77777777" w:rsidR="0086680F" w:rsidRPr="00BB501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4" w:type="dxa"/>
          </w:tcPr>
          <w:p w14:paraId="2BA1192D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5E4F9270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2DB1AA48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13DE4C99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522D4526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80F" w:rsidRPr="00BB5016" w14:paraId="1A6AC507" w14:textId="77777777">
        <w:trPr>
          <w:jc w:val="center"/>
        </w:trPr>
        <w:tc>
          <w:tcPr>
            <w:tcW w:w="1624" w:type="dxa"/>
          </w:tcPr>
          <w:p w14:paraId="20533CD8" w14:textId="77777777" w:rsidR="0086680F" w:rsidRPr="00BB501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4" w:type="dxa"/>
          </w:tcPr>
          <w:p w14:paraId="3451FACB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480F0CCC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046AB9CA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0D663F65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269AC455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80F" w:rsidRPr="00BB5016" w14:paraId="049A4059" w14:textId="77777777">
        <w:trPr>
          <w:jc w:val="center"/>
        </w:trPr>
        <w:tc>
          <w:tcPr>
            <w:tcW w:w="1624" w:type="dxa"/>
          </w:tcPr>
          <w:p w14:paraId="0D155059" w14:textId="77777777" w:rsidR="0086680F" w:rsidRPr="00BB501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24" w:type="dxa"/>
          </w:tcPr>
          <w:p w14:paraId="05B81FA8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03A321CA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2453E6E0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41CCE476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6C654879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80F" w:rsidRPr="00BB5016" w14:paraId="13F56CD8" w14:textId="77777777">
        <w:trPr>
          <w:jc w:val="center"/>
        </w:trPr>
        <w:tc>
          <w:tcPr>
            <w:tcW w:w="1624" w:type="dxa"/>
          </w:tcPr>
          <w:p w14:paraId="2CA34982" w14:textId="77777777" w:rsidR="0086680F" w:rsidRPr="00BB501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4" w:type="dxa"/>
          </w:tcPr>
          <w:p w14:paraId="0F47DC64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52DEABD6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437323D5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33327C38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32D44204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80F" w:rsidRPr="00BB5016" w14:paraId="0E34A5EA" w14:textId="77777777">
        <w:trPr>
          <w:jc w:val="center"/>
        </w:trPr>
        <w:tc>
          <w:tcPr>
            <w:tcW w:w="1624" w:type="dxa"/>
          </w:tcPr>
          <w:p w14:paraId="495D68B2" w14:textId="77777777" w:rsidR="0086680F" w:rsidRPr="00BB501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4" w:type="dxa"/>
          </w:tcPr>
          <w:p w14:paraId="1F86406B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7C6214D8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59C6A9B7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3569A613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31150384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80F" w:rsidRPr="00BB5016" w14:paraId="4E61822D" w14:textId="77777777">
        <w:trPr>
          <w:jc w:val="center"/>
        </w:trPr>
        <w:tc>
          <w:tcPr>
            <w:tcW w:w="1624" w:type="dxa"/>
          </w:tcPr>
          <w:p w14:paraId="14CDB603" w14:textId="77777777" w:rsidR="0086680F" w:rsidRPr="00BB501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24" w:type="dxa"/>
          </w:tcPr>
          <w:p w14:paraId="32CC46D1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61C57C77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7044D870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1C304085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0227DD4D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80F" w:rsidRPr="00BB5016" w14:paraId="21126D94" w14:textId="77777777">
        <w:trPr>
          <w:jc w:val="center"/>
        </w:trPr>
        <w:tc>
          <w:tcPr>
            <w:tcW w:w="1624" w:type="dxa"/>
          </w:tcPr>
          <w:p w14:paraId="0DCBE2D4" w14:textId="77777777" w:rsidR="0086680F" w:rsidRPr="00BB501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24" w:type="dxa"/>
          </w:tcPr>
          <w:p w14:paraId="61C98766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0B5C5097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6F8C5FFC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774B2A0C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199916F5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80F" w:rsidRPr="00BB5016" w14:paraId="1F5AA358" w14:textId="77777777">
        <w:trPr>
          <w:jc w:val="center"/>
        </w:trPr>
        <w:tc>
          <w:tcPr>
            <w:tcW w:w="1624" w:type="dxa"/>
          </w:tcPr>
          <w:p w14:paraId="5B027F8F" w14:textId="77777777" w:rsidR="0086680F" w:rsidRPr="00BB501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0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24" w:type="dxa"/>
          </w:tcPr>
          <w:p w14:paraId="09E48504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1ECFABCB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1FFE4D36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79E4C883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14:paraId="58ED36C2" w14:textId="77777777" w:rsidR="0086680F" w:rsidRPr="00BB5016" w:rsidRDefault="00866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0A6673" w14:textId="77777777" w:rsidR="00002942" w:rsidRDefault="00002942">
      <w:pPr>
        <w:rPr>
          <w:rFonts w:ascii="Times New Roman" w:hAnsi="Times New Roman" w:cs="Times New Roman"/>
          <w:sz w:val="24"/>
          <w:szCs w:val="24"/>
        </w:rPr>
      </w:pPr>
    </w:p>
    <w:p w14:paraId="73392BE6" w14:textId="509F5EF3" w:rsidR="0086680F" w:rsidRPr="00BB5016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B5016">
        <w:rPr>
          <w:rFonts w:ascii="Times New Roman" w:hAnsi="Times New Roman" w:cs="Times New Roman"/>
          <w:sz w:val="24"/>
          <w:szCs w:val="24"/>
        </w:rPr>
        <w:t>Łączna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liczba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wykazanych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umów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>: ........................</w:t>
      </w:r>
    </w:p>
    <w:p w14:paraId="21A4FEF9" w14:textId="77777777" w:rsidR="00BC3A2D" w:rsidRDefault="00BC3A2D">
      <w:pPr>
        <w:pStyle w:val="Nagwek2"/>
        <w:rPr>
          <w:rFonts w:ascii="Times New Roman" w:hAnsi="Times New Roman" w:cs="Times New Roman"/>
          <w:sz w:val="24"/>
          <w:szCs w:val="24"/>
        </w:rPr>
      </w:pPr>
    </w:p>
    <w:p w14:paraId="73561AF3" w14:textId="07995D82" w:rsidR="0086680F" w:rsidRPr="00BB5016" w:rsidRDefault="00000000">
      <w:pPr>
        <w:pStyle w:val="Nagwek2"/>
        <w:rPr>
          <w:rFonts w:ascii="Times New Roman" w:hAnsi="Times New Roman" w:cs="Times New Roman"/>
          <w:sz w:val="24"/>
          <w:szCs w:val="24"/>
        </w:rPr>
      </w:pPr>
      <w:proofErr w:type="spellStart"/>
      <w:r w:rsidRPr="00BB5016">
        <w:rPr>
          <w:rFonts w:ascii="Times New Roman" w:hAnsi="Times New Roman" w:cs="Times New Roman"/>
          <w:sz w:val="24"/>
          <w:szCs w:val="24"/>
        </w:rPr>
        <w:t>Oświadczenie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Oferenta</w:t>
      </w:r>
      <w:proofErr w:type="spellEnd"/>
    </w:p>
    <w:p w14:paraId="4954DAFB" w14:textId="547DCA1C" w:rsidR="0086680F" w:rsidRDefault="00000000">
      <w:pPr>
        <w:rPr>
          <w:rFonts w:ascii="Times New Roman" w:hAnsi="Times New Roman" w:cs="Times New Roman"/>
          <w:sz w:val="24"/>
          <w:szCs w:val="24"/>
        </w:rPr>
      </w:pPr>
      <w:r w:rsidRPr="00BB5016">
        <w:rPr>
          <w:rFonts w:ascii="Times New Roman" w:hAnsi="Times New Roman" w:cs="Times New Roman"/>
          <w:sz w:val="24"/>
          <w:szCs w:val="24"/>
        </w:rPr>
        <w:t xml:space="preserve">Oświadczamy,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że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dane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zawarte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wykazie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są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prawdziwe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odpowiadają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wymaganiom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rozdziału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IV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zapytania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ofertowego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Zobowiązujemy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się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przedstawić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żądanie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Zamawiającego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wyjaśnienia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lub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dokumenty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potwierdzające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wskazane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5016">
        <w:rPr>
          <w:rFonts w:ascii="Times New Roman" w:hAnsi="Times New Roman" w:cs="Times New Roman"/>
          <w:sz w:val="24"/>
          <w:szCs w:val="24"/>
        </w:rPr>
        <w:t>informacje</w:t>
      </w:r>
      <w:proofErr w:type="spellEnd"/>
      <w:r w:rsidRPr="00BB5016">
        <w:rPr>
          <w:rFonts w:ascii="Times New Roman" w:hAnsi="Times New Roman" w:cs="Times New Roman"/>
          <w:sz w:val="24"/>
          <w:szCs w:val="24"/>
        </w:rPr>
        <w:t>.</w:t>
      </w:r>
    </w:p>
    <w:p w14:paraId="62B2BD59" w14:textId="77777777" w:rsidR="00002942" w:rsidRPr="00BB5016" w:rsidRDefault="00002942">
      <w:pPr>
        <w:rPr>
          <w:rFonts w:ascii="Times New Roman" w:hAnsi="Times New Roman" w:cs="Times New Roman"/>
          <w:sz w:val="24"/>
          <w:szCs w:val="24"/>
        </w:rPr>
      </w:pPr>
    </w:p>
    <w:p w14:paraId="5761AF04" w14:textId="77777777" w:rsidR="0086680F" w:rsidRDefault="00000000">
      <w:pPr>
        <w:rPr>
          <w:rFonts w:ascii="Times New Roman" w:hAnsi="Times New Roman" w:cs="Times New Roman"/>
          <w:sz w:val="24"/>
          <w:szCs w:val="24"/>
        </w:rPr>
      </w:pPr>
      <w:r w:rsidRPr="00BB5016">
        <w:rPr>
          <w:rFonts w:ascii="Times New Roman" w:hAnsi="Times New Roman" w:cs="Times New Roman"/>
          <w:sz w:val="24"/>
          <w:szCs w:val="24"/>
        </w:rPr>
        <w:t>Miejscowość i data: ........................................................</w:t>
      </w:r>
    </w:p>
    <w:p w14:paraId="4E653558" w14:textId="77777777" w:rsidR="00002942" w:rsidRPr="00BB5016" w:rsidRDefault="00002942">
      <w:pPr>
        <w:rPr>
          <w:rFonts w:ascii="Times New Roman" w:hAnsi="Times New Roman" w:cs="Times New Roman"/>
          <w:sz w:val="24"/>
          <w:szCs w:val="24"/>
        </w:rPr>
      </w:pPr>
    </w:p>
    <w:p w14:paraId="230A27CD" w14:textId="77777777" w:rsidR="00002942" w:rsidRDefault="00000000">
      <w:pPr>
        <w:rPr>
          <w:rFonts w:ascii="Times New Roman" w:hAnsi="Times New Roman" w:cs="Times New Roman"/>
          <w:sz w:val="24"/>
          <w:szCs w:val="24"/>
        </w:rPr>
      </w:pPr>
      <w:r w:rsidRPr="00BB5016">
        <w:rPr>
          <w:rFonts w:ascii="Times New Roman" w:hAnsi="Times New Roman" w:cs="Times New Roman"/>
          <w:sz w:val="24"/>
          <w:szCs w:val="24"/>
        </w:rPr>
        <w:t xml:space="preserve">Imię i nazwisko oraz podpis osoby uprawnionej do reprezentowania Oferenta: </w:t>
      </w:r>
    </w:p>
    <w:p w14:paraId="59841281" w14:textId="1BBC54B3" w:rsidR="0086680F" w:rsidRPr="00BB5016" w:rsidRDefault="00000000">
      <w:pPr>
        <w:rPr>
          <w:rFonts w:ascii="Times New Roman" w:hAnsi="Times New Roman" w:cs="Times New Roman"/>
          <w:sz w:val="24"/>
          <w:szCs w:val="24"/>
        </w:rPr>
      </w:pPr>
      <w:r w:rsidRPr="00BB5016">
        <w:rPr>
          <w:rFonts w:ascii="Times New Roman" w:hAnsi="Times New Roman" w:cs="Times New Roman"/>
          <w:sz w:val="24"/>
          <w:szCs w:val="24"/>
        </w:rPr>
        <w:t>....................................................................</w:t>
      </w:r>
    </w:p>
    <w:sectPr w:rsidR="0086680F" w:rsidRPr="00BB5016" w:rsidSect="00034616">
      <w:headerReference w:type="default" r:id="rId8"/>
      <w:pgSz w:w="12240" w:h="15840"/>
      <w:pgMar w:top="1191" w:right="1247" w:bottom="1077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4DA39" w14:textId="77777777" w:rsidR="00770C6E" w:rsidRDefault="00770C6E" w:rsidP="00BC3A2D">
      <w:pPr>
        <w:spacing w:after="0" w:line="240" w:lineRule="auto"/>
      </w:pPr>
      <w:r>
        <w:separator/>
      </w:r>
    </w:p>
  </w:endnote>
  <w:endnote w:type="continuationSeparator" w:id="0">
    <w:p w14:paraId="2D947014" w14:textId="77777777" w:rsidR="00770C6E" w:rsidRDefault="00770C6E" w:rsidP="00BC3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5F420" w14:textId="77777777" w:rsidR="00770C6E" w:rsidRDefault="00770C6E" w:rsidP="00BC3A2D">
      <w:pPr>
        <w:spacing w:after="0" w:line="240" w:lineRule="auto"/>
      </w:pPr>
      <w:r>
        <w:separator/>
      </w:r>
    </w:p>
  </w:footnote>
  <w:footnote w:type="continuationSeparator" w:id="0">
    <w:p w14:paraId="3C82DB01" w14:textId="77777777" w:rsidR="00770C6E" w:rsidRDefault="00770C6E" w:rsidP="00BC3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89765" w14:textId="0188D761" w:rsidR="00BC3A2D" w:rsidRPr="00BC3A2D" w:rsidRDefault="00BC3A2D" w:rsidP="00BC3A2D">
    <w:pPr>
      <w:pStyle w:val="Nagwek"/>
      <w:jc w:val="right"/>
      <w:rPr>
        <w:rFonts w:ascii="Times New Roman" w:hAnsi="Times New Roman" w:cs="Times New Roman"/>
      </w:rPr>
    </w:pPr>
    <w:proofErr w:type="spellStart"/>
    <w:r w:rsidRPr="00BC3A2D">
      <w:rPr>
        <w:rFonts w:ascii="Times New Roman" w:hAnsi="Times New Roman" w:cs="Times New Roman"/>
      </w:rPr>
      <w:t>Załącznik</w:t>
    </w:r>
    <w:proofErr w:type="spellEnd"/>
    <w:r w:rsidRPr="00BC3A2D">
      <w:rPr>
        <w:rFonts w:ascii="Times New Roman" w:hAnsi="Times New Roman" w:cs="Times New Roman"/>
      </w:rPr>
      <w:t xml:space="preserve"> nr 3 do </w:t>
    </w:r>
    <w:proofErr w:type="spellStart"/>
    <w:r w:rsidRPr="00BC3A2D">
      <w:rPr>
        <w:rFonts w:ascii="Times New Roman" w:hAnsi="Times New Roman" w:cs="Times New Roman"/>
      </w:rPr>
      <w:t>zapytania</w:t>
    </w:r>
    <w:proofErr w:type="spellEnd"/>
    <w:r w:rsidRPr="00BC3A2D">
      <w:rPr>
        <w:rFonts w:ascii="Times New Roman" w:hAnsi="Times New Roman" w:cs="Times New Roman"/>
      </w:rPr>
      <w:t xml:space="preserve"> </w:t>
    </w:r>
    <w:proofErr w:type="spellStart"/>
    <w:r w:rsidRPr="00BC3A2D">
      <w:rPr>
        <w:rFonts w:ascii="Times New Roman" w:hAnsi="Times New Roman" w:cs="Times New Roman"/>
      </w:rPr>
      <w:t>ofertowego</w:t>
    </w:r>
    <w:proofErr w:type="spellEnd"/>
    <w:r w:rsidRPr="00BC3A2D">
      <w:rPr>
        <w:rFonts w:ascii="Times New Roman" w:hAnsi="Times New Roman" w:cs="Times New Roman"/>
      </w:rPr>
      <w:t xml:space="preserve"> „</w:t>
    </w:r>
    <w:proofErr w:type="spellStart"/>
    <w:r w:rsidRPr="00BC3A2D">
      <w:rPr>
        <w:rFonts w:ascii="Times New Roman" w:hAnsi="Times New Roman" w:cs="Times New Roman"/>
      </w:rPr>
      <w:t>Świadczenie</w:t>
    </w:r>
    <w:proofErr w:type="spellEnd"/>
    <w:r w:rsidRPr="00BC3A2D">
      <w:rPr>
        <w:rFonts w:ascii="Times New Roman" w:hAnsi="Times New Roman" w:cs="Times New Roman"/>
      </w:rPr>
      <w:t xml:space="preserve"> </w:t>
    </w:r>
    <w:proofErr w:type="spellStart"/>
    <w:r w:rsidRPr="00BC3A2D">
      <w:rPr>
        <w:rFonts w:ascii="Times New Roman" w:hAnsi="Times New Roman" w:cs="Times New Roman"/>
      </w:rPr>
      <w:t>na</w:t>
    </w:r>
    <w:proofErr w:type="spellEnd"/>
    <w:r w:rsidRPr="00BC3A2D">
      <w:rPr>
        <w:rFonts w:ascii="Times New Roman" w:hAnsi="Times New Roman" w:cs="Times New Roman"/>
      </w:rPr>
      <w:t xml:space="preserve"> </w:t>
    </w:r>
    <w:proofErr w:type="spellStart"/>
    <w:r w:rsidRPr="00BC3A2D">
      <w:rPr>
        <w:rFonts w:ascii="Times New Roman" w:hAnsi="Times New Roman" w:cs="Times New Roman"/>
      </w:rPr>
      <w:t>rzecz</w:t>
    </w:r>
    <w:proofErr w:type="spellEnd"/>
    <w:r w:rsidRPr="00BC3A2D">
      <w:rPr>
        <w:rFonts w:ascii="Times New Roman" w:hAnsi="Times New Roman" w:cs="Times New Roman"/>
      </w:rPr>
      <w:t xml:space="preserve"> </w:t>
    </w:r>
    <w:proofErr w:type="spellStart"/>
    <w:r w:rsidRPr="00BC3A2D">
      <w:rPr>
        <w:rFonts w:ascii="Times New Roman" w:hAnsi="Times New Roman" w:cs="Times New Roman"/>
      </w:rPr>
      <w:t>Uniwersytetu</w:t>
    </w:r>
    <w:proofErr w:type="spellEnd"/>
    <w:r w:rsidRPr="00BC3A2D">
      <w:rPr>
        <w:rFonts w:ascii="Times New Roman" w:hAnsi="Times New Roman" w:cs="Times New Roman"/>
      </w:rPr>
      <w:t xml:space="preserve"> </w:t>
    </w:r>
    <w:proofErr w:type="spellStart"/>
    <w:r w:rsidRPr="00BC3A2D">
      <w:rPr>
        <w:rFonts w:ascii="Times New Roman" w:hAnsi="Times New Roman" w:cs="Times New Roman"/>
      </w:rPr>
      <w:t>Komisji</w:t>
    </w:r>
    <w:proofErr w:type="spellEnd"/>
    <w:r w:rsidRPr="00BC3A2D">
      <w:rPr>
        <w:rFonts w:ascii="Times New Roman" w:hAnsi="Times New Roman" w:cs="Times New Roman"/>
      </w:rPr>
      <w:t xml:space="preserve"> </w:t>
    </w:r>
    <w:proofErr w:type="spellStart"/>
    <w:r w:rsidRPr="00BC3A2D">
      <w:rPr>
        <w:rFonts w:ascii="Times New Roman" w:hAnsi="Times New Roman" w:cs="Times New Roman"/>
      </w:rPr>
      <w:t>Edukacji</w:t>
    </w:r>
    <w:proofErr w:type="spellEnd"/>
    <w:r w:rsidRPr="00BC3A2D">
      <w:rPr>
        <w:rFonts w:ascii="Times New Roman" w:hAnsi="Times New Roman" w:cs="Times New Roman"/>
      </w:rPr>
      <w:t xml:space="preserve"> </w:t>
    </w:r>
    <w:proofErr w:type="spellStart"/>
    <w:r w:rsidRPr="00BC3A2D">
      <w:rPr>
        <w:rFonts w:ascii="Times New Roman" w:hAnsi="Times New Roman" w:cs="Times New Roman"/>
      </w:rPr>
      <w:t>Narodowej</w:t>
    </w:r>
    <w:proofErr w:type="spellEnd"/>
    <w:r w:rsidRPr="00BC3A2D">
      <w:rPr>
        <w:rFonts w:ascii="Times New Roman" w:hAnsi="Times New Roman" w:cs="Times New Roman"/>
      </w:rPr>
      <w:t xml:space="preserve"> w Krakowie </w:t>
    </w:r>
    <w:proofErr w:type="spellStart"/>
    <w:r w:rsidRPr="00BC3A2D">
      <w:rPr>
        <w:rFonts w:ascii="Times New Roman" w:hAnsi="Times New Roman" w:cs="Times New Roman"/>
      </w:rPr>
      <w:t>kompleksowej</w:t>
    </w:r>
    <w:proofErr w:type="spellEnd"/>
    <w:r w:rsidRPr="00BC3A2D">
      <w:rPr>
        <w:rFonts w:ascii="Times New Roman" w:hAnsi="Times New Roman" w:cs="Times New Roman"/>
      </w:rPr>
      <w:t xml:space="preserve"> </w:t>
    </w:r>
    <w:proofErr w:type="spellStart"/>
    <w:r w:rsidRPr="00BC3A2D">
      <w:rPr>
        <w:rFonts w:ascii="Times New Roman" w:hAnsi="Times New Roman" w:cs="Times New Roman"/>
      </w:rPr>
      <w:t>obsługi</w:t>
    </w:r>
    <w:proofErr w:type="spellEnd"/>
    <w:r w:rsidRPr="00BC3A2D">
      <w:rPr>
        <w:rFonts w:ascii="Times New Roman" w:hAnsi="Times New Roman" w:cs="Times New Roman"/>
      </w:rPr>
      <w:t xml:space="preserve"> </w:t>
    </w:r>
    <w:proofErr w:type="spellStart"/>
    <w:r w:rsidRPr="00BC3A2D">
      <w:rPr>
        <w:rFonts w:ascii="Times New Roman" w:hAnsi="Times New Roman" w:cs="Times New Roman"/>
      </w:rPr>
      <w:t>brokerskiej</w:t>
    </w:r>
    <w:proofErr w:type="spellEnd"/>
    <w:r w:rsidRPr="00BC3A2D">
      <w:rPr>
        <w:rFonts w:ascii="Times New Roman" w:hAnsi="Times New Roman" w:cs="Times New Roman"/>
      </w:rPr>
      <w:t xml:space="preserve"> w </w:t>
    </w:r>
    <w:proofErr w:type="spellStart"/>
    <w:r w:rsidRPr="00BC3A2D">
      <w:rPr>
        <w:rFonts w:ascii="Times New Roman" w:hAnsi="Times New Roman" w:cs="Times New Roman"/>
      </w:rPr>
      <w:t>zakresie</w:t>
    </w:r>
    <w:proofErr w:type="spellEnd"/>
    <w:r w:rsidRPr="00BC3A2D">
      <w:rPr>
        <w:rFonts w:ascii="Times New Roman" w:hAnsi="Times New Roman" w:cs="Times New Roman"/>
      </w:rPr>
      <w:t xml:space="preserve"> </w:t>
    </w:r>
    <w:proofErr w:type="spellStart"/>
    <w:r w:rsidRPr="00BC3A2D">
      <w:rPr>
        <w:rFonts w:ascii="Times New Roman" w:hAnsi="Times New Roman" w:cs="Times New Roman"/>
      </w:rPr>
      <w:t>ubezpieczeń</w:t>
    </w:r>
    <w:proofErr w:type="spellEnd"/>
    <w:r w:rsidRPr="00BC3A2D">
      <w:rPr>
        <w:rFonts w:ascii="Times New Roman" w:hAnsi="Times New Roman" w:cs="Times New Roman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5379512">
    <w:abstractNumId w:val="8"/>
  </w:num>
  <w:num w:numId="2" w16cid:durableId="1896159105">
    <w:abstractNumId w:val="6"/>
  </w:num>
  <w:num w:numId="3" w16cid:durableId="64376391">
    <w:abstractNumId w:val="5"/>
  </w:num>
  <w:num w:numId="4" w16cid:durableId="1087965428">
    <w:abstractNumId w:val="4"/>
  </w:num>
  <w:num w:numId="5" w16cid:durableId="1410149436">
    <w:abstractNumId w:val="7"/>
  </w:num>
  <w:num w:numId="6" w16cid:durableId="206265351">
    <w:abstractNumId w:val="3"/>
  </w:num>
  <w:num w:numId="7" w16cid:durableId="230383552">
    <w:abstractNumId w:val="2"/>
  </w:num>
  <w:num w:numId="8" w16cid:durableId="1308238571">
    <w:abstractNumId w:val="1"/>
  </w:num>
  <w:num w:numId="9" w16cid:durableId="1655524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942"/>
    <w:rsid w:val="00034616"/>
    <w:rsid w:val="0006063C"/>
    <w:rsid w:val="0015074B"/>
    <w:rsid w:val="00176D6C"/>
    <w:rsid w:val="00231084"/>
    <w:rsid w:val="0029639D"/>
    <w:rsid w:val="002F4664"/>
    <w:rsid w:val="00326F90"/>
    <w:rsid w:val="0049107F"/>
    <w:rsid w:val="00702E1F"/>
    <w:rsid w:val="00770C6E"/>
    <w:rsid w:val="0086680F"/>
    <w:rsid w:val="009936E5"/>
    <w:rsid w:val="00AA1D8D"/>
    <w:rsid w:val="00B47730"/>
    <w:rsid w:val="00BB5016"/>
    <w:rsid w:val="00BC3A2D"/>
    <w:rsid w:val="00BE43FF"/>
    <w:rsid w:val="00CB0664"/>
    <w:rsid w:val="00D631BD"/>
    <w:rsid w:val="00FA4743"/>
    <w:rsid w:val="00FC693F"/>
    <w:rsid w:val="00FF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4858A5"/>
  <w14:defaultImageDpi w14:val="300"/>
  <w15:docId w15:val="{0A3AB5C8-7511-4F34-8876-9058E6650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prawka">
    <w:name w:val="Revision"/>
    <w:hidden/>
    <w:uiPriority w:val="99"/>
    <w:semiHidden/>
    <w:rsid w:val="00702E1F"/>
    <w:pPr>
      <w:spacing w:after="0" w:line="240" w:lineRule="auto"/>
    </w:pPr>
    <w:rPr>
      <w:rFonts w:ascii="Aptos" w:hAnsi="Apto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Sylwester Woźniczka</cp:lastModifiedBy>
  <cp:revision>2</cp:revision>
  <cp:lastPrinted>2026-10-15T08:30:00Z</cp:lastPrinted>
  <dcterms:created xsi:type="dcterms:W3CDTF">2026-10-15T08:30:00Z</dcterms:created>
  <dcterms:modified xsi:type="dcterms:W3CDTF">2026-10-15T08:30:00Z</dcterms:modified>
  <cp:category/>
</cp:coreProperties>
</file>